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1316C" w14:textId="77777777" w:rsidR="006B76D7" w:rsidRPr="00476277" w:rsidRDefault="00000000">
      <w:pPr>
        <w:pStyle w:val="Antrat1"/>
        <w:rPr>
          <w:lang w:val="pt-BR"/>
        </w:rPr>
      </w:pPr>
      <w:r w:rsidRPr="00476277">
        <w:rPr>
          <w:lang w:val="pt-BR"/>
        </w:rPr>
        <w:t>Dalyvio anketa ir sutikimo forma</w:t>
      </w:r>
    </w:p>
    <w:p w14:paraId="1361D6E7" w14:textId="77777777" w:rsidR="006B76D7" w:rsidRPr="00476277" w:rsidRDefault="006B76D7">
      <w:pPr>
        <w:rPr>
          <w:lang w:val="pt-BR"/>
        </w:rPr>
      </w:pPr>
    </w:p>
    <w:p w14:paraId="2B7E0727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AUTORIAUS VARDAS IR PAVARDĖ:</w:t>
      </w:r>
    </w:p>
    <w:p w14:paraId="1CE53597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AMŽIUS:</w:t>
      </w:r>
    </w:p>
    <w:p w14:paraId="2045B434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DARBO PAVADINIMAS:</w:t>
      </w:r>
    </w:p>
    <w:p w14:paraId="2D1EFA45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ADRESAS:</w:t>
      </w:r>
    </w:p>
    <w:p w14:paraId="1873F891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TELEFONAS, EL. PAŠTAS:</w:t>
      </w:r>
    </w:p>
    <w:p w14:paraId="3413A1CD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MENO VADOVO VARDAS IR PAVARDĖ:</w:t>
      </w:r>
    </w:p>
    <w:p w14:paraId="7033081E" w14:textId="77777777" w:rsidR="006B76D7" w:rsidRPr="00476277" w:rsidRDefault="006B76D7">
      <w:pPr>
        <w:rPr>
          <w:lang w:val="pt-BR"/>
        </w:rPr>
      </w:pPr>
    </w:p>
    <w:p w14:paraId="70CB4E26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SUTIKIMAS SU ATVAIZDO NAUDOJIMU IR ASMENS DUOMENŲ SKELBIMU,</w:t>
      </w:r>
    </w:p>
    <w:p w14:paraId="4281ED55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TAIP PAT SU NEMOKAMU DARBO NAUDOJIMU KONKURSUI IR PARODOMS</w:t>
      </w:r>
    </w:p>
    <w:p w14:paraId="0D7AB484" w14:textId="77777777" w:rsidR="006B76D7" w:rsidRPr="00476277" w:rsidRDefault="006B76D7">
      <w:pPr>
        <w:rPr>
          <w:lang w:val="pt-BR"/>
        </w:rPr>
      </w:pPr>
    </w:p>
    <w:p w14:paraId="376BEF3D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Sutinku, kad dalyvio atvaizdas ir asmens duomenys būtų nemokamai naudojami konkurso reikmėms.</w:t>
      </w:r>
    </w:p>
    <w:p w14:paraId="42C5D558" w14:textId="77777777" w:rsidR="006B76D7" w:rsidRPr="00476277" w:rsidRDefault="006B76D7">
      <w:pPr>
        <w:rPr>
          <w:lang w:val="pt-BR"/>
        </w:rPr>
      </w:pPr>
    </w:p>
    <w:p w14:paraId="3A96772C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Sutinku, kad dalyvio darbai būtų nemokamai naudojami ir tvarkomi konkurso bei parodų tikslams.</w:t>
      </w:r>
    </w:p>
    <w:p w14:paraId="3966A388" w14:textId="77777777" w:rsidR="006B76D7" w:rsidRPr="00476277" w:rsidRDefault="006B76D7">
      <w:pPr>
        <w:rPr>
          <w:lang w:val="pt-BR"/>
        </w:rPr>
      </w:pPr>
    </w:p>
    <w:p w14:paraId="319C7C5D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____________________________</w:t>
      </w:r>
    </w:p>
    <w:p w14:paraId="5B5BBB19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Tėvo / motinos / globėjo parašas</w:t>
      </w:r>
    </w:p>
    <w:p w14:paraId="69259A93" w14:textId="77777777" w:rsidR="006B76D7" w:rsidRPr="00476277" w:rsidRDefault="006B76D7">
      <w:pPr>
        <w:rPr>
          <w:lang w:val="pt-BR"/>
        </w:rPr>
      </w:pPr>
    </w:p>
    <w:p w14:paraId="62A7FA34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INFORMACINĖ ATMINTINĖ (BDAR):</w:t>
      </w:r>
    </w:p>
    <w:p w14:paraId="61367FF2" w14:textId="77777777" w:rsidR="006B76D7" w:rsidRPr="00476277" w:rsidRDefault="006B76D7">
      <w:pPr>
        <w:rPr>
          <w:lang w:val="pt-BR"/>
        </w:rPr>
      </w:pPr>
    </w:p>
    <w:p w14:paraId="02D745B4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 xml:space="preserve">1. Asmens duomenų valdytojas – Huberto </w:t>
      </w:r>
      <w:r w:rsidR="00476277">
        <w:rPr>
          <w:lang w:val="pt-BR"/>
        </w:rPr>
        <w:t>V</w:t>
      </w:r>
      <w:r w:rsidRPr="00476277">
        <w:rPr>
          <w:lang w:val="pt-BR"/>
        </w:rPr>
        <w:t>agnerio pradinė mokykla Nr. 13.</w:t>
      </w:r>
    </w:p>
    <w:p w14:paraId="1799B541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2. Duomenų apsaugos pareigūnas: iodo@marwikpoland.pl</w:t>
      </w:r>
    </w:p>
    <w:p w14:paraId="7ECB2E31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3. Duomenys tvarkomi remiantis Jūsų sutikimu.</w:t>
      </w:r>
    </w:p>
    <w:p w14:paraId="53B80BC1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lastRenderedPageBreak/>
        <w:t>4. Duomenys gali būti teikiami organizatoriui ir teisės numatytoms institucijoms.</w:t>
      </w:r>
    </w:p>
    <w:p w14:paraId="56A7D1FD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5. Duomenys neperduodami trečiosioms šalims.</w:t>
      </w:r>
    </w:p>
    <w:p w14:paraId="7F2FBFCE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6. Saugojimo laikotarpis – konkurso vykdymo ir dokumentavimo laikotarpis.</w:t>
      </w:r>
    </w:p>
    <w:p w14:paraId="65DE4D6D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7. Jūs turite teisę susipažinti, taisyti, ištrinti duomenis.</w:t>
      </w:r>
    </w:p>
    <w:p w14:paraId="1C4D37B9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8. Sutikimą galima bet kada atšaukti.</w:t>
      </w:r>
    </w:p>
    <w:p w14:paraId="595F87FA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9. Galite teikti skundą duomenų apsaugos institucijai.</w:t>
      </w:r>
    </w:p>
    <w:p w14:paraId="40F05E82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10. Duomenų pateikimas savanoriškas, bet būtinas dalyvauti.</w:t>
      </w:r>
    </w:p>
    <w:p w14:paraId="60666F26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11. Duomenys neprofiliuojami ir neapdorojami automatiškai.</w:t>
      </w:r>
    </w:p>
    <w:p w14:paraId="54C30169" w14:textId="77777777" w:rsidR="006B76D7" w:rsidRPr="00476277" w:rsidRDefault="006B76D7">
      <w:pPr>
        <w:rPr>
          <w:lang w:val="pt-BR"/>
        </w:rPr>
      </w:pPr>
    </w:p>
    <w:p w14:paraId="5819F59B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____________________________</w:t>
      </w:r>
    </w:p>
    <w:p w14:paraId="76F01AB0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Data, vieta</w:t>
      </w:r>
    </w:p>
    <w:p w14:paraId="743CDAE7" w14:textId="77777777" w:rsidR="006B76D7" w:rsidRPr="00476277" w:rsidRDefault="006B76D7">
      <w:pPr>
        <w:rPr>
          <w:lang w:val="pt-BR"/>
        </w:rPr>
      </w:pPr>
    </w:p>
    <w:p w14:paraId="5DA6D19E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____________________________</w:t>
      </w:r>
    </w:p>
    <w:p w14:paraId="63C4846C" w14:textId="77777777" w:rsidR="006B76D7" w:rsidRPr="00476277" w:rsidRDefault="00000000">
      <w:pPr>
        <w:rPr>
          <w:lang w:val="pt-BR"/>
        </w:rPr>
      </w:pPr>
      <w:r w:rsidRPr="00476277">
        <w:rPr>
          <w:lang w:val="pt-BR"/>
        </w:rPr>
        <w:t>Tėvo / motinos / globėjo parašas</w:t>
      </w:r>
    </w:p>
    <w:p w14:paraId="0518FDE7" w14:textId="77777777" w:rsidR="006B76D7" w:rsidRPr="00476277" w:rsidRDefault="006B76D7">
      <w:pPr>
        <w:rPr>
          <w:lang w:val="pt-BR"/>
        </w:rPr>
      </w:pPr>
    </w:p>
    <w:p w14:paraId="2AD13227" w14:textId="77777777" w:rsidR="00BB43C9" w:rsidRDefault="00000000">
      <w:pPr>
        <w:pStyle w:val="Antrat1"/>
      </w:pPr>
      <w:r>
        <w:t>Tarptautinio vaikų ir jaunimo piešinių konkurso „Legendų pasaulyje“</w:t>
      </w:r>
      <w:r>
        <w:br/>
        <w:t>Dalyvio anketa ir sutikimo forma</w:t>
      </w:r>
    </w:p>
    <w:sectPr w:rsidR="00BB43C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raassunumeriai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raassunumeriai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raassuenkleliai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raassuenkleliai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raassunumeriai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39324817">
    <w:abstractNumId w:val="8"/>
  </w:num>
  <w:num w:numId="2" w16cid:durableId="2019892107">
    <w:abstractNumId w:val="6"/>
  </w:num>
  <w:num w:numId="3" w16cid:durableId="271933744">
    <w:abstractNumId w:val="5"/>
  </w:num>
  <w:num w:numId="4" w16cid:durableId="1468621678">
    <w:abstractNumId w:val="4"/>
  </w:num>
  <w:num w:numId="5" w16cid:durableId="1737585772">
    <w:abstractNumId w:val="7"/>
  </w:num>
  <w:num w:numId="6" w16cid:durableId="2130270634">
    <w:abstractNumId w:val="3"/>
  </w:num>
  <w:num w:numId="7" w16cid:durableId="1734886572">
    <w:abstractNumId w:val="2"/>
  </w:num>
  <w:num w:numId="8" w16cid:durableId="905410258">
    <w:abstractNumId w:val="1"/>
  </w:num>
  <w:num w:numId="9" w16cid:durableId="889657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93BAF"/>
    <w:rsid w:val="0015074B"/>
    <w:rsid w:val="0029639D"/>
    <w:rsid w:val="0029785A"/>
    <w:rsid w:val="00326F90"/>
    <w:rsid w:val="00476277"/>
    <w:rsid w:val="00545180"/>
    <w:rsid w:val="006B76D7"/>
    <w:rsid w:val="00AA1D8D"/>
    <w:rsid w:val="00B47730"/>
    <w:rsid w:val="00BB43C9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A71390"/>
  <w14:defaultImageDpi w14:val="300"/>
  <w15:docId w15:val="{A6069488-319D-43B2-91EE-E67B029BA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C693F"/>
  </w:style>
  <w:style w:type="paragraph" w:styleId="Antrat1">
    <w:name w:val="heading 1"/>
    <w:basedOn w:val="prastasis"/>
    <w:next w:val="prastasis"/>
    <w:link w:val="Antrat1Diagrama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618BF"/>
  </w:style>
  <w:style w:type="paragraph" w:styleId="Porat">
    <w:name w:val="footer"/>
    <w:basedOn w:val="prastasis"/>
    <w:link w:val="PoratDiagrama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E618BF"/>
  </w:style>
  <w:style w:type="paragraph" w:styleId="Betarp">
    <w:name w:val="No Spacing"/>
    <w:uiPriority w:val="1"/>
    <w:qFormat/>
    <w:rsid w:val="00FC693F"/>
    <w:pPr>
      <w:spacing w:after="0" w:line="240" w:lineRule="auto"/>
    </w:pPr>
  </w:style>
  <w:style w:type="character" w:customStyle="1" w:styleId="Antrat1Diagrama">
    <w:name w:val="Antraštė 1 Diagrama"/>
    <w:basedOn w:val="Numatytasispastraiposriftas"/>
    <w:link w:val="Antra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FC693F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unhideWhenUsed/>
    <w:rsid w:val="00AA1D8D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AA1D8D"/>
  </w:style>
  <w:style w:type="paragraph" w:styleId="Pagrindinistekstas2">
    <w:name w:val="Body Text 2"/>
    <w:basedOn w:val="prastasis"/>
    <w:link w:val="Pagrindinistekstas2Diagrama"/>
    <w:uiPriority w:val="99"/>
    <w:unhideWhenUsed/>
    <w:rsid w:val="00AA1D8D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A1D8D"/>
  </w:style>
  <w:style w:type="paragraph" w:styleId="Pagrindinistekstas3">
    <w:name w:val="Body Text 3"/>
    <w:basedOn w:val="prastasis"/>
    <w:link w:val="Pagrindinistekstas3Diagrama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rsid w:val="00AA1D8D"/>
    <w:rPr>
      <w:sz w:val="16"/>
      <w:szCs w:val="16"/>
    </w:rPr>
  </w:style>
  <w:style w:type="paragraph" w:styleId="Sraas">
    <w:name w:val="List"/>
    <w:basedOn w:val="prastasis"/>
    <w:uiPriority w:val="99"/>
    <w:unhideWhenUsed/>
    <w:rsid w:val="00AA1D8D"/>
    <w:pPr>
      <w:ind w:left="360" w:hanging="360"/>
      <w:contextualSpacing/>
    </w:pPr>
  </w:style>
  <w:style w:type="paragraph" w:styleId="Sraas2">
    <w:name w:val="List 2"/>
    <w:basedOn w:val="prastasis"/>
    <w:uiPriority w:val="99"/>
    <w:unhideWhenUsed/>
    <w:rsid w:val="00326F90"/>
    <w:pPr>
      <w:ind w:left="720" w:hanging="360"/>
      <w:contextualSpacing/>
    </w:pPr>
  </w:style>
  <w:style w:type="paragraph" w:styleId="Sraas3">
    <w:name w:val="List 3"/>
    <w:basedOn w:val="prastasis"/>
    <w:uiPriority w:val="99"/>
    <w:unhideWhenUsed/>
    <w:rsid w:val="00326F90"/>
    <w:pPr>
      <w:ind w:left="1080" w:hanging="360"/>
      <w:contextualSpacing/>
    </w:pPr>
  </w:style>
  <w:style w:type="paragraph" w:styleId="Sraassuenkleliais">
    <w:name w:val="List Bullet"/>
    <w:basedOn w:val="prastasis"/>
    <w:uiPriority w:val="99"/>
    <w:unhideWhenUsed/>
    <w:rsid w:val="00326F90"/>
    <w:pPr>
      <w:numPr>
        <w:numId w:val="1"/>
      </w:numPr>
      <w:contextualSpacing/>
    </w:pPr>
  </w:style>
  <w:style w:type="paragraph" w:styleId="Sraassuenkleliais2">
    <w:name w:val="List Bullet 2"/>
    <w:basedOn w:val="prastasis"/>
    <w:uiPriority w:val="99"/>
    <w:unhideWhenUsed/>
    <w:rsid w:val="00326F90"/>
    <w:pPr>
      <w:numPr>
        <w:numId w:val="2"/>
      </w:numPr>
      <w:contextualSpacing/>
    </w:pPr>
  </w:style>
  <w:style w:type="paragraph" w:styleId="Sraassuenkleliais3">
    <w:name w:val="List Bullet 3"/>
    <w:basedOn w:val="prastasis"/>
    <w:uiPriority w:val="99"/>
    <w:unhideWhenUsed/>
    <w:rsid w:val="00326F90"/>
    <w:pPr>
      <w:numPr>
        <w:numId w:val="3"/>
      </w:numPr>
      <w:contextualSpacing/>
    </w:pPr>
  </w:style>
  <w:style w:type="paragraph" w:styleId="Sraassunumeriais">
    <w:name w:val="List Number"/>
    <w:basedOn w:val="prastasis"/>
    <w:uiPriority w:val="99"/>
    <w:unhideWhenUsed/>
    <w:rsid w:val="00326F90"/>
    <w:pPr>
      <w:numPr>
        <w:numId w:val="5"/>
      </w:numPr>
      <w:contextualSpacing/>
    </w:pPr>
  </w:style>
  <w:style w:type="paragraph" w:styleId="Sraassunumeriais2">
    <w:name w:val="List Number 2"/>
    <w:basedOn w:val="prastasis"/>
    <w:uiPriority w:val="99"/>
    <w:unhideWhenUsed/>
    <w:rsid w:val="0029639D"/>
    <w:pPr>
      <w:numPr>
        <w:numId w:val="6"/>
      </w:numPr>
      <w:contextualSpacing/>
    </w:pPr>
  </w:style>
  <w:style w:type="paragraph" w:styleId="Sraassunumeriais3">
    <w:name w:val="List Number 3"/>
    <w:basedOn w:val="prastasis"/>
    <w:uiPriority w:val="99"/>
    <w:unhideWhenUsed/>
    <w:rsid w:val="0029639D"/>
    <w:pPr>
      <w:numPr>
        <w:numId w:val="7"/>
      </w:numPr>
      <w:contextualSpacing/>
    </w:pPr>
  </w:style>
  <w:style w:type="paragraph" w:styleId="Sraotsinys">
    <w:name w:val="List Continue"/>
    <w:basedOn w:val="prastasis"/>
    <w:uiPriority w:val="99"/>
    <w:unhideWhenUsed/>
    <w:rsid w:val="0029639D"/>
    <w:pPr>
      <w:spacing w:after="120"/>
      <w:ind w:left="360"/>
      <w:contextualSpacing/>
    </w:pPr>
  </w:style>
  <w:style w:type="paragraph" w:styleId="Sraotsinys2">
    <w:name w:val="List Continue 2"/>
    <w:basedOn w:val="prastasis"/>
    <w:uiPriority w:val="99"/>
    <w:unhideWhenUsed/>
    <w:rsid w:val="0029639D"/>
    <w:pPr>
      <w:spacing w:after="120"/>
      <w:ind w:left="720"/>
      <w:contextualSpacing/>
    </w:pPr>
  </w:style>
  <w:style w:type="paragraph" w:styleId="Sraotsinys3">
    <w:name w:val="List Continue 3"/>
    <w:basedOn w:val="prastasis"/>
    <w:uiPriority w:val="99"/>
    <w:unhideWhenUsed/>
    <w:rsid w:val="0029639D"/>
    <w:pPr>
      <w:spacing w:after="120"/>
      <w:ind w:left="1080"/>
      <w:contextualSpacing/>
    </w:pPr>
  </w:style>
  <w:style w:type="paragraph" w:styleId="Makrokomandostekstas">
    <w:name w:val="macro"/>
    <w:link w:val="MakrokomandostekstasDiagrama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komandostekstasDiagrama">
    <w:name w:val="Makrokomandos tekstas Diagrama"/>
    <w:basedOn w:val="Numatytasispastraiposriftas"/>
    <w:link w:val="Makrokomandostekstas"/>
    <w:uiPriority w:val="99"/>
    <w:rsid w:val="0029639D"/>
    <w:rPr>
      <w:rFonts w:ascii="Courier" w:hAnsi="Courier"/>
      <w:sz w:val="20"/>
      <w:szCs w:val="20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FC693F"/>
    <w:rPr>
      <w:i/>
      <w:iCs/>
      <w:color w:val="000000" w:themeColor="text1"/>
    </w:rPr>
  </w:style>
  <w:style w:type="character" w:customStyle="1" w:styleId="CitataDiagrama">
    <w:name w:val="Citata Diagrama"/>
    <w:basedOn w:val="Numatytasispastraiposriftas"/>
    <w:link w:val="Citata"/>
    <w:uiPriority w:val="29"/>
    <w:rsid w:val="00FC693F"/>
    <w:rPr>
      <w:i/>
      <w:iCs/>
      <w:color w:val="000000" w:themeColor="text1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ntrat">
    <w:name w:val="caption"/>
    <w:basedOn w:val="prastasis"/>
    <w:next w:val="prastasis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rietas">
    <w:name w:val="Strong"/>
    <w:basedOn w:val="Numatytasispastraiposriftas"/>
    <w:uiPriority w:val="22"/>
    <w:qFormat/>
    <w:rsid w:val="00FC693F"/>
    <w:rPr>
      <w:b/>
      <w:bCs/>
    </w:rPr>
  </w:style>
  <w:style w:type="character" w:styleId="Emfaz">
    <w:name w:val="Emphasis"/>
    <w:basedOn w:val="Numatytasispastraiposriftas"/>
    <w:uiPriority w:val="20"/>
    <w:qFormat/>
    <w:rsid w:val="00FC693F"/>
    <w:rPr>
      <w:i/>
      <w:iCs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FC693F"/>
    <w:rPr>
      <w:b/>
      <w:bCs/>
      <w:i/>
      <w:iCs/>
      <w:color w:val="4F81BD" w:themeColor="accent1"/>
    </w:rPr>
  </w:style>
  <w:style w:type="character" w:styleId="Nerykuspabraukimas">
    <w:name w:val="Subtle Emphasis"/>
    <w:basedOn w:val="Numatytasispastraiposriftas"/>
    <w:uiPriority w:val="19"/>
    <w:qFormat/>
    <w:rsid w:val="00FC693F"/>
    <w:rPr>
      <w:i/>
      <w:iCs/>
      <w:color w:val="808080" w:themeColor="text1" w:themeTint="7F"/>
    </w:rPr>
  </w:style>
  <w:style w:type="character" w:styleId="Rykuspabraukimas">
    <w:name w:val="Intense Emphasis"/>
    <w:basedOn w:val="Numatytasispastraiposriftas"/>
    <w:uiPriority w:val="21"/>
    <w:qFormat/>
    <w:rsid w:val="00FC693F"/>
    <w:rPr>
      <w:b/>
      <w:bCs/>
      <w:i/>
      <w:iCs/>
      <w:color w:val="4F81BD" w:themeColor="accent1"/>
    </w:rPr>
  </w:style>
  <w:style w:type="character" w:styleId="Nerykinuoroda">
    <w:name w:val="Subtle Reference"/>
    <w:basedOn w:val="Numatytasispastraiposriftas"/>
    <w:uiPriority w:val="31"/>
    <w:qFormat/>
    <w:rsid w:val="00FC693F"/>
    <w:rPr>
      <w:smallCaps/>
      <w:color w:val="C0504D" w:themeColor="accent2"/>
      <w:u w:val="single"/>
    </w:rPr>
  </w:style>
  <w:style w:type="character" w:styleId="Rykinuoroda">
    <w:name w:val="Intense Reference"/>
    <w:basedOn w:val="Numatytasispastraiposriftas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gospavadinimas">
    <w:name w:val="Book Title"/>
    <w:basedOn w:val="Numatytasispastraiposriftas"/>
    <w:uiPriority w:val="33"/>
    <w:qFormat/>
    <w:rsid w:val="00FC693F"/>
    <w:rPr>
      <w:b/>
      <w:bCs/>
      <w:smallCaps/>
      <w:spacing w:val="5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FC693F"/>
    <w:pPr>
      <w:outlineLvl w:val="9"/>
    </w:pPr>
  </w:style>
  <w:style w:type="table" w:styleId="Lentelstinklelis">
    <w:name w:val="Table Grid"/>
    <w:basedOn w:val="prastojilente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esusisspalvinimas">
    <w:name w:val="Light Shading"/>
    <w:basedOn w:val="prastojilente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esusspalvinimas1parykinimas">
    <w:name w:val="Light Shading Accent 1"/>
    <w:basedOn w:val="prastojilente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esusspalvinimas2parykinimas">
    <w:name w:val="Light Shading Accent 2"/>
    <w:basedOn w:val="prastojilente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esusspalvinimas3parykinimas">
    <w:name w:val="Light Shading Accent 3"/>
    <w:basedOn w:val="prastojilente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esusspalvinimas4parykinimas">
    <w:name w:val="Light Shading Accent 4"/>
    <w:basedOn w:val="prastojilente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esusspalvinimas5parykinimas">
    <w:name w:val="Light Shading Accent 5"/>
    <w:basedOn w:val="prastojilente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esusspalvinimas6parykinimas">
    <w:name w:val="Light Shading Accent 6"/>
    <w:basedOn w:val="prastojilente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esussraas">
    <w:name w:val="Light List"/>
    <w:basedOn w:val="prastojilente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esussraas1parykinimas">
    <w:name w:val="Light List Accent 1"/>
    <w:basedOn w:val="prastojilente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esussraas2parykinimas">
    <w:name w:val="Light List Accent 2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esussraas3parykinimas">
    <w:name w:val="Light List Accent 3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esussraas4parykinimas">
    <w:name w:val="Light List Accent 4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esussraas5parykinimas">
    <w:name w:val="Light List Accent 5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esussraas6parykinimas">
    <w:name w:val="Light List Accent 6"/>
    <w:basedOn w:val="prastojilent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esustinklelis">
    <w:name w:val="Light Grid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esustinklelis1parykinimas">
    <w:name w:val="Light Grid Accent 1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esustinklelis2parykinimas">
    <w:name w:val="Light Grid Accent 2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esustinklelis3parykinimas">
    <w:name w:val="Light Grid Accent 3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esustinklelis4parykinimas">
    <w:name w:val="Light Grid Accent 4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esustinklelis5parykinimas">
    <w:name w:val="Light Grid Accent 5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esustinklelis6parykinimas">
    <w:name w:val="Light Grid Accent 6"/>
    <w:basedOn w:val="prastojilent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vidutinisspalvinimas">
    <w:name w:val="Medium Shading 1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1parykinimas">
    <w:name w:val="Medium Shading 1 Accent 1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2parykinimas">
    <w:name w:val="Medium Shading 1 Accent 2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3parykinimas">
    <w:name w:val="Medium Shading 1 Accent 3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4parykinimas">
    <w:name w:val="Medium Shading 1 Accent 4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5parykinimas">
    <w:name w:val="Medium Shading 1 Accent 5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vidutinisspalvinimas6parykinimas">
    <w:name w:val="Medium Shading 1 Accent 6"/>
    <w:basedOn w:val="prastojilent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vidutinisspalvinimas">
    <w:name w:val="Medium Shading 2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1parykinimas">
    <w:name w:val="Medium Shading 2 Accent 1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2parykinimas">
    <w:name w:val="Medium Shading 2 Accent 2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3parykinimas">
    <w:name w:val="Medium Shading 2 Accent 3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4parykinimas">
    <w:name w:val="Medium Shading 2 Accent 4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5parykinimas">
    <w:name w:val="Medium Shading 2 Accent 5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vidutinisspalvinimas6parykinimas">
    <w:name w:val="Medium Shading 2 Accent 6"/>
    <w:basedOn w:val="prastojilent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vidutinissraas">
    <w:name w:val="Medium List 1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vidutinissraas1parykinimas">
    <w:name w:val="Medium List 1 Accent 1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vidutinissraas2parykinimas">
    <w:name w:val="Medium List 1 Accent 2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vidutinissraas3parykinimas">
    <w:name w:val="Medium List 1 Accent 3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vidutinissraas4parykinimas">
    <w:name w:val="Medium List 1 Accent 4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vidutinissraas5parykinimas">
    <w:name w:val="Medium List 1 Accent 5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vidutinissraas6parykinimas">
    <w:name w:val="Medium List 1 Accent 6"/>
    <w:basedOn w:val="prastojilent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vidutinissraas">
    <w:name w:val="Medium List 2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1parykinimas">
    <w:name w:val="Medium List 2 Accent 1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2parykinimas">
    <w:name w:val="Medium List 2 Accent 2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3parykinimas">
    <w:name w:val="Medium List 2 Accent 3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4parykinimas">
    <w:name w:val="Medium List 2 Accent 4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5parykinimas">
    <w:name w:val="Medium List 2 Accent 5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vidutinissraas6parykinimas">
    <w:name w:val="Medium List 2 Accent 6"/>
    <w:basedOn w:val="prastojilent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vidutinistinklelis">
    <w:name w:val="Medium Grid 1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vidutinistinklelis1parykinimas">
    <w:name w:val="Medium Grid 1 Accent 1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vidutinistinklelis2parykinimas">
    <w:name w:val="Medium Grid 1 Accent 2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vidutinistinklelis3parykinimas">
    <w:name w:val="Medium Grid 1 Accent 3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vidutinistinklelis4parykinimas">
    <w:name w:val="Medium Grid 1 Accent 4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vidutinistinklelis5parykinimas">
    <w:name w:val="Medium Grid 1 Accent 5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vidutinistinklelis6parykinimas">
    <w:name w:val="Medium Grid 1 Accent 6"/>
    <w:basedOn w:val="prastojilent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vidutinistinklelis">
    <w:name w:val="Medium Grid 2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1parykinimas">
    <w:name w:val="Medium Grid 2 Accent 1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2parykinimas">
    <w:name w:val="Medium Grid 2 Accent 2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3parykinimas">
    <w:name w:val="Medium Grid 2 Accent 3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4parykinimas">
    <w:name w:val="Medium Grid 2 Accent 4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5parykinimas">
    <w:name w:val="Medium Grid 2 Accent 5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vidutinistinklelis6parykinimas">
    <w:name w:val="Medium Grid 2 Accent 6"/>
    <w:basedOn w:val="prastojilent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vidutinistinklelis">
    <w:name w:val="Medium Grid 3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vidutinistinklelis1parykinimas">
    <w:name w:val="Medium Grid 3 Accent 1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vidutinistinklelis2parykinimas">
    <w:name w:val="Medium Grid 3 Accent 2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vidutinistinklelis3parykinimas">
    <w:name w:val="Medium Grid 3 Accent 3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vidutinistinklelis4parykinimas">
    <w:name w:val="Medium Grid 3 Accent 4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vidutinistinklelis5parykinimas">
    <w:name w:val="Medium Grid 3 Accent 5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vidutinistinklelis6parykinimas">
    <w:name w:val="Medium Grid 3 Accent 6"/>
    <w:basedOn w:val="prastojilent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amsussraas">
    <w:name w:val="Dark List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sussraas1parykinimas">
    <w:name w:val="Dark List Accent 1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sussraas2parykinimas">
    <w:name w:val="Dark List Accent 2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sussraas3parykinimas">
    <w:name w:val="Dark List Accent 3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sussraas4parykinimas">
    <w:name w:val="Dark List Accent 4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sussraas5parykinimas">
    <w:name w:val="Dark List Accent 5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sussraas6parykinimas">
    <w:name w:val="Dark List Accent 6"/>
    <w:basedOn w:val="prastojilent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palvotasspalvinimas">
    <w:name w:val="Colorful Shading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1parykinimas">
    <w:name w:val="Colorful Shading Accent 1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2parykinimas">
    <w:name w:val="Colorful Shading Accent 2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3parykinimas">
    <w:name w:val="Colorful Shading Accent 3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palvotasspalvinimas4parykinimas">
    <w:name w:val="Colorful Shading Accent 4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5parykinimas">
    <w:name w:val="Colorful Shading Accent 5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palvinimas6parykinimas">
    <w:name w:val="Colorful Shading Accent 6"/>
    <w:basedOn w:val="prastojilent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palvotassraas">
    <w:name w:val="Colorful List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palvotassraas1parykinimas">
    <w:name w:val="Colorful List Accent 1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palvotassraas2parykinimas">
    <w:name w:val="Colorful List Accent 2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palvotassraas3parykinimas">
    <w:name w:val="Colorful List Accent 3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palvotassraas4parykinimas">
    <w:name w:val="Colorful List Accent 4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palvotassraas5parykinimas">
    <w:name w:val="Colorful List Accent 5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palvotassraas6parykinimas">
    <w:name w:val="Colorful List Accent 6"/>
    <w:basedOn w:val="prastojilent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palvotastinklelis">
    <w:name w:val="Colorful Grid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palvotastinklelis1parykinimas">
    <w:name w:val="Colorful Grid Accent 1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palvotastinklelis2parykinimas">
    <w:name w:val="Colorful Grid Accent 2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palvotastinklelis3parykinimas">
    <w:name w:val="Colorful Grid Accent 3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palvotastinklelis4parykinimas">
    <w:name w:val="Colorful Grid Accent 4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palvotastinklelis5parykinimas">
    <w:name w:val="Colorful Grid Accent 5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palvotastinklelis6parykinimas">
    <w:name w:val="Colorful Grid Accent 6"/>
    <w:basedOn w:val="prastojilent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898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1409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Edita Levansavičiūtė</cp:lastModifiedBy>
  <cp:revision>2</cp:revision>
  <dcterms:created xsi:type="dcterms:W3CDTF">2025-11-25T11:37:00Z</dcterms:created>
  <dcterms:modified xsi:type="dcterms:W3CDTF">2025-11-25T11:37:00Z</dcterms:modified>
  <cp:category/>
</cp:coreProperties>
</file>